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כרטיסיות משימה לטקסט (רמת תיכון)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סוגה, מטרה ומבנה בטקסט נתון ולהציג זאת בלשון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טענה מרכזית, ראיות ודעה נגדית בטקסט טיעוני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להפעיל כלי חשיבה מסדר גבוה: הסקת הנחות סמויות, הערכת רלוונטיות ושאלות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ידע לשוני ברמת תיכון (תחביר, בניינים, גזרות, משלב) מתוך טקסט אותנטי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הבנת הנקרא: סוגה, מטרה וסיכום ממוקד – היכרות עם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הכותבת מציגה טענה מרכזית ומביאה נימוקים לטובת שמירה על השעמום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מציעה לשמר את השעמום ואף להחזיר אותו בכוונה, לדוגמה רבע שעה ביום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הכותבת כותבת שכאשר המוח אינו מקבל גירוי הוא מתחיל לשוטט ולדמיין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לפי הטקסט הם ממציאים משחק חדש ומגייסים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הבנת הנקרא: סוגה, מטרה וסיכום ממוקד – זיהוי טענות ומטרה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בזבוז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הבנת הנקרא: סוגה, מטרה וסיכום ממוקד – סיכום וניתוח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סיכום הכולל: הנושא הוא ערך השעמום; הטענה המרכזית - יש לשמר את השעמום ולא למלא כל רגע; שני פרטים תומכים מתוך: יצירה, מיומנות שקט, קשר חברתי או מענה לטענה הנגדית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מאמר דעה - מאפיינים: הבעת עמדה אישית בגוף ראשון, מילות קישור כמו 'ראשית' ו'שנית', התייחסות לטענה נגדית והפרכתה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הטענה: השעמום הוא בזבוז זמן. התמודדות: השוואה לספורטאית שגם ימי המנוחה שלה חלק מהתהליך, ולכן גם השעמום הוא חלק מהלמידה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המתייחסת לשני נימוקים מתוך הטקסט (יצירה, מיומנות, קשר חברתי, מענה לטענה הנגדית) עם נימוק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מבנה הטקסט: פתיחה, גוף וסיום – הכרת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הפתיחה חושפת את הנושא ולעיתים גם את עמדת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בגוף מובאים הנימוקים, הדוגמאות וההתייחסות לטענות נגדיות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כותרת משנה מכוונת את הקורא לרעיון המרכזי של אותו חלק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מבנה הטקסט: פתיחה, גוף וסיום – זיהוי במאמר 'בשבחי השעמום'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לסכם ולהציע הצעה מעשית לקורא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מבנה הטקסט: פתיחה, גוף וסיום – חלוקה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(פתיחה – הצגת השעמום כשאלה)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(גוף – נימוקים לטובת השעמום (יצירה, סבלנות, קשר חברתי))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(גוף – התייחסות לטענה נגדית ודחייתה)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(סיום – הצעה מעשית וסיכום)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מבנה הטקסט: פתיחה, גוף וסיום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טיעון ודעה: טענה, ראיה וניגוד דעות – זיהוי הטענה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הכותבת טוענת שהשעמום הוא מרחב שיש לשמור עליו, ולא אויב שיש להביס.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מסביר שכשהמוח אינו מקבל גירוי הוא משוטט, מדמיין ושואל שאלות.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דוגמת הספורטאית משמשת להפריך את טענת הנגד ולהראות שגם מנוחה היא חלק מהתהליך.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ההצעה המעשית שמופיעה בפסקה האחרונה של המאמר.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טיעון ודעה: טענה, ראיה וניגוד דעות – מהטענה אל הראיה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(השעמום הוא מרחב שיש לשמור עליו, לא אויב להביס)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(השעמום הוא קרקע פורייה ליצירה ולרעיונות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(היכולת לשהות עם עצמנו היא מיומנות שצריך לתרגל)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(השעמום מחזיר אותנו אל הסובבים אותנו ויוצר קשרים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(בעולם תחרותי יש לנצל כל דקה, והשעמום הוא בזבוז 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טיעון ודעה: טענה, ראיה וניגוד דעות – התמודדות עם דעה נגדית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ניצול אמיתי של הזמן כולל גם מנוחה והתבוננות, לא רק עשייה בלתי פוסקת, כמו ספורטאית שגם זמן המנוחה שלה חלק מהאימון.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מנומקת המתייחסת לחוזק או לחולשת ההשוואה בין מנוחה של ספורטאית לבין שעמום, עם שתי סיבות ברורות.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טענת נגד הגיונית (למשל: שעמום ממושך עלול לפגוע במוטיבציה) ותגובה עניינית המבוססת על רוח הטקסט.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בחירה בראיה אחת, דוגמה אישית רלוונטית והסבר ברור לגבי מידת השכנוע שלה.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חשיבה מסדר גבוה: הנחות סמויות, שאלות לדיון ורלוונטיות לאורך זמן – הבנת הטענות בטקסט "בשבחי השעמום"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שהשעמום "אינו אויב שיש להביס, אלא מרחב שיש לשמור עליו"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על השעמום כקרקע פורייה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נכתב שילדים שמשתעממים דווקא ממציאים משחק חדש ומגייסים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הדוגמה נועדה להראות שגם ימי מנוחה אינם בזבוז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חשיבה מסדר גבוה: הנחות סמויות, שאלות לדיון ורלוונטיות לאורך זמן – איתור הנחה סמויה וניסוח שאלה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השעמום הוא מרחב חשוב שיש לשמר ולא למלא בכל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שלכל אדם קל באותה מידה להקדיש רבע שעה ביום ללא מסך וללא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חשיבה מסדר גבוה: הנחות סמויות, שאלות לדיון ורלוונטיות לאורך זמן – תרגול כרטיס A04–A05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חשיבה מסדר גבוה: הנחות סמויות, שאלות לדיון ורלוונטיות לאורך זמן – כתיבה מודרכת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"האם יש הבדל בין שעמום מתוך בחירה לבין שעמום שנכפה על מישהו?" תשובה אפשרית: ייתכן שהשעמום מועיל רק כשהוא בחירה חופשית, ולא כאשר מדובר בהמתנה שאין ממנה מוצא.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לשון ברמת תיכון: תחביר, בניינים, גזרות ומילות קישור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השעמום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לשון ברמת תיכון: תחביר, בניינים, גזרות ומילות קישור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לשון ברמת תיכון: תחביר, בניינים, גזרות ומילות קישור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(פיעל)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לשון ברמת תיכון: תחביר, בניינים, גזרות ומילות קישור – כתיבה ועיבוד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שני חלקים שווי מעמד המחוברים במילת חיבור כמו 'ו', 'אבל' או 'או', למשל: אני משתעמם בבית, אבל אני לא פותח מסך.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מורכב: משפט עם מילת שעבוד כמו 'כאשר' או 'כי'. משפט מאוחה: שני משפטים שווי מעמד המחוברים ב-'ו' או 'אבל'.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מילים כמו 'מרחב' או 'קרקע פורייה' – החלפתן במילים פשוטות הייתה הופכת את הטקסט לשיחתי ופחות משכנע.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פסקה שנכתבה מחדש תוך החלפת מילים יומיומיות במילים ספרותיות או רשמיות, בשמירה על הרעיון המקורי.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יצירה וסגנון: חיקוי סגנון ומשלב – זיהוי מאפייני הסגנון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גוף ראשון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בשאלה רטורית לקורא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ראשית, שנית, זאת ועוד,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אישי ומשכנע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לשון תקנית, לא גבוהה מדי ולא דבורה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יצירה וסגנון: חיקוי סגנון ומשלב – ניתוח מילות הקישור והמבנה הטיעוני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(סידור הטיעונים לפי 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(הצגת טענה נגדית והפרכתה)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(מעבר למסקנה והצעת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(המחשת רעיון באמצעות 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(ניסוח המחזק את המסר בסיום המאמר)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מציינת סוגה מדויקת ושלושה מאפיינים רלוונטיים מתוך הטקסט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מבחינה בבירור בין הטענה המרכזית, הראיה והדעה הנגדית, ולא מערבבת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מצטטת דוגמה קצרה (עד שמונה מילים) ומנתחת אותה נכון מבחינה לשונית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לפרוס את החוברת על פני 3–4 שיעורים: שיעור אחד לכל שניים-שלושה פרקים, עם קריאת הטקסט מחדש בכל פעם מזווית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להנגיש משימות ברמת חט״ב (למשל 'שש שאלות' או 'מה המטרה') לפני המעבר למשימות חט״ע המורכבות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דרכי ההפעלה שבאתר – לוח בחירה איקס-עיגול או תפריט מסעדה – כדי לתת לתלמידים ותלמידות בחירה בין משימות 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בשיתוף קצר במליאה, שבו 2–3 תלמידים מציגים תשובה אחת, כדי לחזק הבנה משותפת של מושגי המפתח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כרטיסיות משימה לטקסט (רמת תיכון)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תתרגלו לענות על כרטיסי משימה על טקסט דעה. עברו על הפרקים לפי הסדר. בכל פרק בחרו משימה אחת וכתבו תשובה מלאה. אפשר להיעזר בטקסט כדי להסביר את 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הטקסט לפי מטרתו וצורתו, למשל מאמר דעה, כתבה או 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הלשון בטקסט – גבוהה, בינונית או יומיומית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 סמויה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שהטקסט מניח כנכון בלי לומר אותו במפורש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 וראיה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המסר המרכזי שהכותב רוצה לשכנע בו, והעובדות או הדוגמאות שתומכות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תחביר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חוקי בניית המשפט – נושא, נשוא, משפט פשוט, מורכב ומאוחה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משבע התבניות שבהן נוטים פעלים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סיווג השורש לפי אותיות הפועל והשינויים בנטייתו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המחברת בין רעיונות ומבטאת יחס לוגי, כגון ניגוד, סיבה או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הזווית שממנה מסופר או נטען דבר מה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הטקסט לפתיחה, גוף וסיום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הבנת הנקרא: סוגה, מטרה וסיכום ממוקד – היכרות עם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'בשבחי השעמום' הוא מאמר דעה שבו הכותבת משכנעת את הקוראים בעמדתה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קוראת לבטל את השעמום לגמרי מחיי היומיום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הנימוקים בטקסט הוא שהשעמום מאפשר למוח 'לשוטט' וליצור רעיונות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ילדים שמשתעממים בחצר בדרך כלל לא עושים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הבנת הנקרא: סוגה, מטרה וסיכום ממוקד – זיהוי טענות ומטרה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הטקסט, מטרת הכותבת היא __________ את הקוראים בערך השעמום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הכותבת מכנה את השעמום 'קרקע פורייה'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הטענה הנגדית שהכותבת מביאה היא שהשעמום הוא __________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בפסקת הסיום הכותבת מציעה להתחיל ברבע שעה ביום ללא __________, ללא מוזיקה וללא משימה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הבנת הנקרא: סוגה, מטרה וסיכום ממוקד – סיכום וניתוח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סיכום של הטקסט ב-4–5 משפטים: הנושא, הטענה המרכזית ושני פרטים תומכים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זהו את סוגת הטקסט ונמקו בעזרת שלושה מאפיינים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טענה נגדית אחת שהכותבת מזכירה בטקסט, וכתבו כיצד היא מתמודדת איתה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לדעתכם הכותבת משכנעת? נמקו את עמדתכם תוך התייחסות לשני נימוקים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מבנה הטקסט: פתיחה, גוף וסיום – הכרת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הפתיחה במאמר דעה הוא להציג את הנושא ולעורר עניין אצל הקוראים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בגוף הטקסט מופיעה רק דעה אחת, בלי נימוקים או דוגמאות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משנה טובה משקפת את התוכן המרכזי של הקטע שהיא מתארת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מבנה הטקסט: פתיחה, גוף וסיום – זיהוי במאמר 'בשבחי השעמום'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מופיעה השאלה על שעמום – בהתחלה, באמצע או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השאלה לא מופיעה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בסוף מאמר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לחזור על כל הנימוקים בפירוט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ולהציע הצעה מעשית לקורא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דמות חדשה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שאלה פתוחה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מבנה הטקסט: פתיחה, גוף וסיום – חלוקה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פסקה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– נימוקים לטובת השעמום (יצירה, סבלנות, קשר חברתי)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פסקאות 2–4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– התייחסות לטענה נגדית ודחייתה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פסקה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סיום – הצעה מעשית וסיכום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פסקאות 6–7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פתיחה – הצגת השעמום כשאלה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מבנה הטקסט: פתיחה, גוף וסיום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בפסקה ה__________ במאמר מופיעה ההתייחסות לטענה שהשעמום הוא בזבוז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טיעון ודעה: טענה, ראיה וניגוד דעות – זיהוי הטענה המרכזית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טוענת שיש להיפטר מהשעמום לגמרי כדי להצליח בחיים.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השעמום יכול לעזור לפתח רעיונות יצירתיים.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מביאה את דוגמת הספורטאית כדי לחזק את טענת הנגד שהשעמום הוא בזבוז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הטקסט מוצעת פעולה מעשית: רבע שעה ביום ללא מסך.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טיעון ודעה: טענה, ראיה וניגוד דעות – מהטענה אל הראיה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הטענה המרכזית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השעמום הוא קרקע פורייה ליצירה ולרעיונות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ראיה 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השעמום הוא מרחב שיש לשמור עליו, לא אויב להביס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ראיה שנייה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בעולם תחרותי יש לנצל כל דקה, והשעמום הוא בזבוז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ראיה שלישית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היכולת לשהות עם עצמנו היא מיומנות שצריך לתרגל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טענת הנגד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השעמום מחזיר אותנו אל הסובבים אותנו ויוצר קשרים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טיעון ודעה: טענה, ראיה וניגוד דעות – התמודדות עם דעה נגדית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נסחו במילים שלכם את תשובת הכותבת לטענת הנגד שהשעמום הוא בזבוז 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דוגמת הספורטאית משכנעת אתכם שהשעמום אינו בזבוז זמן? נמקו בשתי סיבות.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טענת נגד נוספת, שהכותבת לא הזכירה, נגד הרעיון שהשעמום מועיל, וכתבו משפט תגובה אליה.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אחת משלוש הראיות בטקסט (יצירה, סבלנות או קשר חברתי) והביאו דוגמה אישית שמראה אם היא משכנעת.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חשיבה מסדר גבוה: הנחות סמויות, שאלות לדיון ורלוונטיות לאורך זמן – הבנת הטענות בטקסט "בשבחי השעמום"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הכותבת רואה בשעמום אויב שיש להביס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טוען שרעיונות טובים נולדים לעיתים דווקא ברגעי שעמום, כמו במקלחת או בהליכה 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ילדים שמשתעממים בחצר בדרך כלל לא מוצאים מה לעשות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משתמשת בדוגמת ספורטאית כדי לטעון שגם מנוחה היא חלק מתהליך הלמידה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חשיבה מסדר גבוה: הנחות סמויות, שאלות לדיון ורלוונטיות לאורך זמן – איתור הנחה סמויה וניסוח שאלה לדיון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הרעיון העיקרי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לבטל לגמרי את השימוש במסכים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השעמום הוא מרחב חשוב שיש לשמר ולא למלא בכל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 חשוב יותר מלמידה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ילדים צריכים יותר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הטקסט מניח בלי להגיד את זה בפירוש?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שלכל אדם קל באותה מידה להקדיש רבע שעה ביום ללא מסך וללא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שספורטאים מתאמנים עשרים וארבע שעות ביממה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שילדים לא אוהבים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שהשעמום תמיד מזיק ליצירתיות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חשיבה מסדר גבוה: הנחות סמויות, שאלות לדיון ורלוונטיות לאורך זמן – תרגול כרטיס A04–A05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הטקסט טוען שהשעמום מועיל, אך אינו מתייחס לכך שלא לכל אדם יש באותה מידה __________ פנוי ביום לשם כך.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חשיבה מסדר גבוה: הנחות סמויות, שאלות לדיון ורלוונטיות לאורך זמן – כתיבה מודרכת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נסחו שאלה פתוחה אחת (שאין לה תשובה אחת ברורה) שמעורר הטקסט "בשבחי השעמום", והציעו תשובה אפשרית לשאלה.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לשון ברמת תיכון: תחביר, בניינים, גזרות ומילות קישור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הבניין של המילה 'מתחיל'?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הנושא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השעמום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ליצירה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לשון ברמת תיכון: תחביר, בניינים, גזרות ומילות קישור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גזרה שייך הפועל 'זוכרים'?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גזרת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גזרת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גזרת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מהרשימה מבטאת תנאי?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לשון ברמת תיכון: תחביר, בניינים, גזרות ומילות קישור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מזכיר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משתעממים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פיעל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לשון ברמת תיכון: תחביר, בניינים, גזרות ומילות קישור – כתיבה ועיבוד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מאוחה אחד על נושא השעמום, המחבר שני משפטים פשוטים במילת חיבור מתאימה.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אתרו בטקסט דוגמה אחת למשפט מורכב ואחת למשפט מאוחה (עד שמונה מילים כל אחד), וציינו מהי מילת הקישור בכל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בטקסט שתי מילים המעידות על משלב גבוה, והסבירו מה היה קורה לטון הטקסט אילו הוחלפו במילים יומיומיות.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פסקה אחת מהטקסט וכתבו אותה מחדש במשלב גבוה יותר, תוך שמירה על אותו תוכן.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יצירה וסגנון: חיקוי סגנון ומשלב – זיהוי מאפייני הסגנון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מדבר במאמר - אני, אתם, הוא או אנחנו?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ראשון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המשפט הראשון במאמר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בשאלה רטורית לקורא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בציטוט מחוקר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בסיפור אישי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בהגדרה מהמילון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מילים מסדרות את הטענות במאמר?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ראשית, שנית, זאת ועוד,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אבל, אם, כאשר, אולי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האם, מדוע, כיצד,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הייתי, היית, היה, היו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מרגיש הקורא כשהוא קורא את המאמר?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אישי ומשכנע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יבש ומדעי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הומוריסטי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 ותוקפני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שפה משתמשת הכותבת - פשוטה, מליצית או מקצועית?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 תקנית, לא גבוהה מדי ולא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 דיבור עם סלנג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לשון ארכאית ומליצית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 מקצועית-טכנית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יצירה וסגנון: חיקוי סגנון ומשלב – ניתוח מילות הקישור והמבנה הטיעוני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ראשית... שנית... זאת ועוד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ניסוח המחזק את המסר בסיום המאמר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הטוענים כי...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המחשת רעיון באמצעות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לכן אני מציעה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סידור הטיעונים לפי 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דימוי הספורטאית שאינה מתאמנת כל הזמן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הצגת טענה נגדית והפרכתה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גם בשקט יש ערך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מעבר למסקנה והצעת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לזהות את סוגת הטקסט ולהצדיק זאת בשלושה מאפיינים?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לאתר טענה מרכזית, ראיה תומכת ודעה נגדית בטקסט 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דוגמה לתחביר, בניין או גזרה מתוך הטקסט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כרטיסיות משימה לטקסט (רמת תיכון)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